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Boccara, Nino/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2729896058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Cet ouvrage est destiné aux physiciens, cette initiation aux méthodes de l'analyse fonctionnelle traite de la théorie de l'intégation, des espaces de lebesggue et de hilbert, des  distrubutions et des opérateurs linéaires, l'accent est mis sur l'aspect pratique des résultats illustrés par de nombreux exemples. les exercices proposés sont accompagnés de leurs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