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Bebbouchi,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97827298773608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veut un cours sur les équations différientielles ordinaires accessibles aux étudiants de 4ème année D.E.S. mathématiques, mais aussi à toute personne utilisant les équations différentielles l(auteur l'aconcu comme un support pédagogique au cours de SEM 324 et comme une relecture plus simplifiée des deux livres.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