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sécurisation des applications à base de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Jean louis/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9781784050757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Progiciels/ </w:t>
            </w:r>
          </w:p>
        </w:tc>
      </w:tr>
    </w:tbl>
    <w:p>
      <w:pPr>
        <w:pStyle w:val="Heading3"/>
      </w:pPr>
      <w:r>
        <w:t>Résumé :</w:t>
      </w:r>
    </w:p>
    <w:p>
      <w:r>
        <w:t>Le livre Techniques de sécurisation des applications à base de logiciel présente les principes fondamentaux pour concevoir des systèmes utilisant de l'électronique programmable tout en garantissant leur sûreté de fonctionnement. Il définit les concepts de base, détaille leur mise en ouvre et examine les normes ainsi que les méthodes d'analyse de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