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de bases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Pucheral, Philippe/ Jouve, Mireille/ Gardarin, Georges/ Bouzeghoub, Mokrane/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337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331-337</w:t>
            </w:r>
          </w:p>
        </w:tc>
      </w:tr>
      <w:tr>
        <w:trPr>
          <w:trHeight w:val="567"/>
        </w:trPr>
        <w:tc>
          <w:tcPr>
            <w:tcW w:type="dxa" w:w="3000"/>
          </w:tcPr>
          <w:p>
            <w:r>
              <w:t>Numéro d'Identification</w:t>
            </w:r>
          </w:p>
        </w:tc>
        <w:tc>
          <w:tcPr>
            <w:tcW w:type="dxa" w:w="7000"/>
          </w:tcPr>
          <w:p>
            <w:r>
              <w:t>9782212080629</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normalisation/ langage de programmation (SQL)/ </w:t>
            </w:r>
          </w:p>
        </w:tc>
      </w:tr>
    </w:tbl>
    <w:p>
      <w:pPr>
        <w:pStyle w:val="Heading3"/>
      </w:pPr>
      <w:r>
        <w:t>Résumé :</w:t>
      </w:r>
    </w:p>
    <w:p>
      <w:r>
        <w:t>Cet ouvrage aborde les aspects pratiques de l'implantation des systèmes de bases de données, ainsi que la conception de schémas, probablement à travers des exercices thématiques accompagnés de leurs corrigés. Pour obtenir un résumé plus précis, il serait judicieux de consulter directement le livre ou de contacter des bibliothèques universitaires spécialisées en informatique.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