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Algorithmes d'approximation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Schabanel, Nicolas/ Vaziran, Vijay V./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Iris(N°:None)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228700677X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algorithme/ </w:t>
            </w:r>
          </w:p>
        </w:tc>
      </w:tr>
    </w:tbl>
    <w:p>
      <w:pPr>
        <w:pStyle w:val="Heading3"/>
      </w:pPr>
      <w:r>
        <w:t>Résumé :</w:t>
      </w:r>
    </w:p>
    <w:p>
      <w:r>
        <w:t>Présente simplement des questions algorithmiques complexes à l'aide de démonstrations intuitives illustrées d'exemples. S'adresse aux scientifiques et aux étudiants travaillant dans le milieu de l'informatique, de la recherche opérationnelle ou des mathématiques discrètes.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