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d'analyse fonctionnelle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Willem,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Cassini/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x 16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Nouvelle bibliothèque mathématique(N°:None)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p.p.185-188. 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fonctionnelle/ </w:t>
            </w:r>
          </w:p>
        </w:tc>
      </w:tr>
    </w:tbl>
    <w:p>
      <w:pPr>
        <w:pStyle w:val="Heading3"/>
      </w:pPr>
      <w:r>
        <w:t>Résumé :</w:t>
      </w:r>
    </w:p>
    <w:p>
      <w:r>
        <w:t>Exposant les principes de l'analyse fonctionnelle en abordant les notions générales de distances, d'intégrales et de norme, ainsi que leurs relations, les applications à la théorie des capacités et aux problèmes elliptiques, l'historique de la dualité en analyse et une introduction à la théorie des distributions.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