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arithmétique pour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Wassef,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x 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9782311009965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algébre/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propriétés fondamentales des entiers naturels, l'arithmétique modulaire et ses applications à la cryptographie, les corps finis et les codes correcteurs d'erreurs. Les notions de mathématiques abordées en première année et utiles dans le cours sont rappelées en annexe.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