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Toutes les 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Logé, Jean-Paul/ Verschueren, Jean-Luc/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Tout en un(N°:None)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9782340000384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Tout le programme de mathématiques des classes préparatoires aux grandes écoles filière MP avec des rappels de première année traités en un seul volume.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