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mathématiques pour l'informatique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Vélu,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9782100491490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informatique/ </w:t>
            </w:r>
          </w:p>
        </w:tc>
      </w:tr>
    </w:tbl>
    <w:p>
      <w:pPr>
        <w:pStyle w:val="Heading3"/>
      </w:pPr>
      <w:r>
        <w:t>Résumé :</w:t>
      </w:r>
    </w:p>
    <w:p>
      <w:r>
        <w:t>S'adresse aux débutants, en particulier aux non-informaticiens, futurs ingénieurs du CNAM, étudiants de DEUG et licence d'informatique, étudiants en gestion. Dans cette édition, les corrigés des exercices de fin de chapitres ont été ajoutés.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