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des modems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Battu,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209-212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9961630548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communication/ réseau informatique/ modulation/ fréquence vocale/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livre est un outil précieux pour entrer sans peine dans le monde de la communication globale </w:t>
        <w:br/>
        <w:br/>
        <w:t>et un ouvrage claire et trés complet qui répond à ces préoccupation.il aborde,dans un langage simple,la transmission de données par les notions de base et décrit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