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files d'attente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Gérard/ Babes, Malika/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cours d'informatique(N°:None)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w:t>
            </w:r>
          </w:p>
        </w:tc>
      </w:tr>
    </w:tbl>
    <w:p>
      <w:pPr>
        <w:pStyle w:val="Heading3"/>
      </w:pPr>
      <w:r>
        <w:t>Résumé :</w:t>
      </w:r>
    </w:p>
    <w:p>
      <w:r>
        <w:t>Cet ouvrage s'adresse en particulier aux étudiants-ingénieurs informaticiens en troisième année, puisqu'il englobe une bonne partie du module TEC 613 : "STATISTIQUES ET FILES D'ATTENTE" Il a été préparé dans l'intention de leur servir de support de cours. Il peut aussi être utile à toute personne intéressée par l'étude des files d'attente et la simulation. Dans la partie A de l'ouvrage nous présentons une introduction à un ensemble de thèmes en statistique, nécessaires pour entamer l'étude des files d'attente. La partie B débute par une présentation détaillée des composantes d'une file d'attente; suivie d'une étude approfondie de quelques modèles markoviens et se termine par une introduction aux modèles non markoviens. Comme nous pourrons le constater à la fin du chapitre 6, l'étude analytique de certaines files d'attente est trop difficile si elle n'est pas impossible parfois. Nous estimons que la partie C contienne de bons outils pour aborder ce point, et constitue en général une bonne initiation pour toute personne intéressée par la simulation, pas forcément dans les files d'attente mais dans n'importe quel domaine. Dans l'objectif de faire de l'ouvrage une bonne référence pédagogique, chaque chapitre est suivi d'une série d'exercices, afin de mieux approfondir certaines notions et généraliser certains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