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Exercices avec solutions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Bachmann, Otto/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Presses polytechniques romandes/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Méthodes mathématiques pour l'ingénieur(N°:5)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2880741076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serie de fourier/ tranformation de fourie/ </w:t>
            </w:r>
          </w:p>
        </w:tc>
      </w:tr>
    </w:tbl>
    <w:p>
      <w:pPr>
        <w:pStyle w:val="Heading3"/>
      </w:pPr>
      <w:r>
        <w:t>Résumé :</w:t>
      </w:r>
    </w:p>
    <w:p>
      <w:r>
        <w:t>Le livre exercices avec solutions complémentaires aux méthodes mathématiques pour l'ingénieur 1-3 d'otto bachmann est un ouvrage d'accompagnement aux méthodes mathématiques utilisées dans les sciences de l'ingénieur. Il contient des exercices pratiques destinés à renforcer les concepts théoriques abordés dans les volumes précédents du même auteur, qui sont principalement centrés sur les mathématiques appliquées.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