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PHP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Meurrens, Marc/ Atkinson, Leon/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p.p.513-520</w:t>
            </w:r>
          </w:p>
        </w:tc>
      </w:tr>
      <w:tr>
        <w:trPr>
          <w:trHeight w:val="567"/>
        </w:trPr>
        <w:tc>
          <w:tcPr>
            <w:tcW w:type="dxa" w:w="3000"/>
          </w:tcPr>
          <w:p>
            <w:r>
              <w:t>Numéro d'Identification</w:t>
            </w:r>
          </w:p>
        </w:tc>
        <w:tc>
          <w:tcPr>
            <w:tcW w:type="dxa" w:w="7000"/>
          </w:tcPr>
          <w:p>
            <w:r>
              <w:t>2744009237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PHP (langage de programmation)/ </w:t>
            </w:r>
          </w:p>
        </w:tc>
      </w:tr>
    </w:tbl>
    <w:p>
      <w:pPr>
        <w:pStyle w:val="Heading3"/>
      </w:pPr>
      <w:r>
        <w:t>Résumé :</w:t>
      </w:r>
    </w:p>
    <w:p>
      <w:r>
        <w:t>Cet ouvrage est le premier guide pratique pour PHP 3/x. Vous y découvrirez comment ce langage a intégré Java, Perl et C pour vous offrir un puissant environnement de script. En suivant les conseils d'un expert du développement en PHP, vous apprendrez toutes les techniques nécessaires pour concevoir rapidement des applications performantes. Vous appréhenderez toute la syntaxe de PHP et aurez un aperçu de chaque fonction (1/0, données, fonctions mathématiques, temps, date, configuration, images et bases de données). Vous verrez également PHP en action avec plusieurs scripts : tri, recherche, analyse et évaluation des chaînes. Enfin, vous examinerez trois applications complètes qui intègrent les bases de données au Web : techniques de construction de tableau à partir de requêtes SQL, suivi des visiteurs, sauvegardes des données,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