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Lotus notes et domino 8.5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Antouly, Patrick/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p.p.457-469</w:t>
            </w:r>
          </w:p>
        </w:tc>
      </w:tr>
      <w:tr>
        <w:trPr>
          <w:trHeight w:val="567"/>
        </w:trPr>
        <w:tc>
          <w:tcPr>
            <w:tcW w:type="dxa" w:w="3000"/>
          </w:tcPr>
          <w:p>
            <w:r>
              <w:t>Numéro d'Identification</w:t>
            </w:r>
          </w:p>
        </w:tc>
        <w:tc>
          <w:tcPr>
            <w:tcW w:type="dxa" w:w="7000"/>
          </w:tcPr>
          <w:p>
            <w:r>
              <w:t>9782746072992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Lotus/ notes/ domino/ </w:t>
            </w:r>
          </w:p>
        </w:tc>
      </w:tr>
    </w:tbl>
    <w:p>
      <w:pPr>
        <w:pStyle w:val="Heading3"/>
      </w:pPr>
      <w:r>
        <w:t>Résumé :</w:t>
      </w:r>
    </w:p>
    <w:p>
      <w:r>
        <w:t>Ce livre traite le point sur l'exploitation, la maintenance et l'optimisation de serveurs Domino. L'accent est mis sur la compréhension du système, l'utilisation des outils, sur les différents niveaux de sécurisation, sur les services d'annuaire, de messagerie, d'application et sur la gestion des utilisateurs. Il aborde aussi les nouveautés des versions 8 et 8.5.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