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Initiation business basic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Adamis, Eddie/ Gassée, Jean Louis/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McGraw-Hill/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253-257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2704210578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BASIC (langage de programmation)/ </w:t>
            </w:r>
          </w:p>
        </w:tc>
      </w:tr>
    </w:tbl>
    <w:p>
      <w:pPr>
        <w:pStyle w:val="Heading3"/>
      </w:pPr>
      <w:r>
        <w:t>Résumé :</w:t>
      </w:r>
    </w:p>
    <w:p>
      <w:r>
        <w:t>Initiation Business Basic est un ouvrage qui présente les concepts fondamentaux du monde des affaires. Il est destiné à ceux qui souhaitent acquérir une compréhension de base du fonctionnement des entreprises et des principes économiques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