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Brébec, Jean-Marie/ Desmarais,Thierry/ Favier, Alain/ Chaboud,Tania/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9782011462305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optique/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contient des rappels de cours, et des exercices resolus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