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Algèbre.T2, exercices et épreuves d'examens corrigés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Auliac, Guy/ Azoulay, Elie/ Avignant, Jean/ Avenel, Jean-David/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 international/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Mathématiques et statistique appliquées à l'économie et à la gestion(N°:None)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2840741253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</w:t>
            </w:r>
          </w:p>
        </w:tc>
      </w:tr>
    </w:tbl>
    <w:p>
      <w:pPr>
        <w:pStyle w:val="Heading3"/>
      </w:pPr>
      <w:r>
        <w:t>Résumé :</w:t>
      </w:r>
    </w:p>
    <w:p>
      <w:r>
        <w:t>Ce livre d'algèbre, en particulier un tome 2, est généralement destiné à approfondir les concepts appris dans le premier tome. Il aborde des sujets plus avancés qui peuvent inclure :</w:t>
        <w:br/>
        <w:br/>
        <w:br/>
        <w:br/>
        <w:t>Systèmes d'équations : Résolution de systèmes d'équations linéaires, méthodes graphiques, substitution, élimination.</w:t>
        <w:br/>
        <w:br/>
        <w:t>Matrices et déterminants : Introduction aux matrices, opérations sur les matrices, calcul des déterminants.</w:t>
        <w:br/>
        <w:br/>
        <w:t>Espaces vectoriels : Concepts de base des espaces vectoriels, sous-espaces, bases, dimension.</w:t>
        <w:br/>
        <w:br/>
        <w:t>Polynômes : Opérations sur les polynômes, racines et théorème de Bézout.</w:t>
        <w:br/>
        <w:br/>
        <w:t>Fonctions : etude des fonctions (linéaires, quadratiques, exponentielles), transformations et applications.</w:t>
        <w:br/>
        <w:br/>
        <w:t>Notions de base en calcul et en analyse : Limites, continuité et dérivabilité, si pertinent.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