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Analyse.T1, cours et exercices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Azoulay, Elie/ Avenel, Jean-David/ Avignant, Jean/ </w:t>
            </w:r>
          </w:p>
        </w:tc>
      </w:tr>
      <w:tr>
        <w:trPr>
          <w:trHeight w:val="567"/>
        </w:trPr>
        <w:tc>
          <w:tcPr>
            <w:tcW w:type="dxa" w:w="3000"/>
          </w:tcPr>
          <w:p>
            <w:r>
              <w:t>Adresse bib.</w:t>
            </w:r>
          </w:p>
        </w:tc>
        <w:tc>
          <w:tcPr>
            <w:tcW w:type="dxa" w:w="7000"/>
          </w:tcPr>
          <w:p>
            <w:r>
              <w:t xml:space="preserve">Ediscience international/ </w:t>
            </w:r>
          </w:p>
        </w:tc>
      </w:tr>
      <w:tr>
        <w:trPr>
          <w:trHeight w:val="567"/>
        </w:trPr>
        <w:tc>
          <w:tcPr>
            <w:tcW w:type="dxa" w:w="3000"/>
          </w:tcPr>
          <w:p>
            <w:r>
              <w:t>Nombre de Pages</w:t>
            </w:r>
          </w:p>
        </w:tc>
        <w:tc>
          <w:tcPr>
            <w:tcW w:type="dxa" w:w="7000"/>
          </w:tcPr>
          <w:p>
            <w:r>
              <w:t>224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Mathématiques et statistique appliquées à l'économie et la gestion(N°:None)</w:t>
            </w:r>
          </w:p>
        </w:tc>
      </w:tr>
      <w:tr>
        <w:trPr>
          <w:trHeight w:val="567"/>
        </w:trPr>
        <w:tc>
          <w:tcPr>
            <w:tcW w:type="dxa" w:w="3000"/>
          </w:tcPr>
          <w:p>
            <w:r>
              <w:t>Numéro d'Identification</w:t>
            </w:r>
          </w:p>
        </w:tc>
        <w:tc>
          <w:tcPr>
            <w:tcW w:type="dxa" w:w="7000"/>
          </w:tcPr>
          <w:p>
            <w:r>
              <w:t>2840741229</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mathématique/ </w:t>
            </w:r>
          </w:p>
        </w:tc>
      </w:tr>
    </w:tbl>
    <w:p>
      <w:pPr>
        <w:pStyle w:val="Heading3"/>
      </w:pPr>
      <w:r>
        <w:t>Résumé :</w:t>
      </w:r>
    </w:p>
    <w:p>
      <w:r>
        <w:t>Ce livre "T1, Cours et exercices 1ère et 2e années" est probablement un manuel éducatif destiné aux étudiants de première et deuxième année dans un domaine spécifique, comme les sciences, les mathématiques, ou d'autres disciplines académiques. Il devrait contenir des cours théoriques explicatifs, suivis d'exercices pratiques pour permettre aux étudiants de mettre en pratique les concepts appris.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