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Analyse.T2, exercices et épreuves d'examens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Avignant, Jean/ Auliac, Guy/ Avenel, Jean-David/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Mathématiques et statistique appliquées à l'économie et la gestion(N°:None)</w:t>
            </w:r>
          </w:p>
        </w:tc>
      </w:tr>
      <w:tr>
        <w:trPr>
          <w:trHeight w:val="567"/>
        </w:trPr>
        <w:tc>
          <w:tcPr>
            <w:tcW w:type="dxa" w:w="3000"/>
          </w:tcPr>
          <w:p>
            <w:r>
              <w:t>Numéro d'Identification</w:t>
            </w:r>
          </w:p>
        </w:tc>
        <w:tc>
          <w:tcPr>
            <w:tcW w:type="dxa" w:w="7000"/>
          </w:tcPr>
          <w:p>
            <w:r>
              <w:t>2840741237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fonction mathématique/ mathématique financière/ </w:t>
            </w:r>
          </w:p>
        </w:tc>
      </w:tr>
    </w:tbl>
    <w:p>
      <w:pPr>
        <w:pStyle w:val="Heading3"/>
      </w:pPr>
      <w:r>
        <w:t>Résumé :</w:t>
      </w:r>
    </w:p>
    <w:p>
      <w:r>
        <w:t>Ce volume s'adresse aux étudiants de première année du DEUG de science économique et gestion, AES, MASS, des classes préparatoires aux concours des grandes écoles commerciales et de gestion, enfin des IUTet BTS concernés par la gestion et le commerce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