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MPSI,PCSI 1re année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Basbois; Nicolas/ Abbrugiati;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Prépas scientifiques(N°:None)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9782804181802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polynôme/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 cours d'algèbre et des exercices corrigés, à destination des étudiants des classes préparatoires aux grandes écoles des filières MPSI et PCSI.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