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Amini; Massih-Reza/ Gaussier; Eric/ Robertson, Stephen/ Péan, Grégoire/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Algorithmes(N°:None)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9782212135329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algorithme/ traitement de données/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fondements scientifiques des tâches les plus courantes en recherche d'information. Ces actions sont liées au data mining, au décisionnel et à l'exploitation du big data. L'ouvrage présente les algorithmes classiques, les concepts d'indexation, de compression, de classification et de catégorisation. Des exercices sont proposés à chaque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