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fichiers en autonomie avec dBase III 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Ameller, Jean-Michel/ Di Mascio, 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Les Travaux professionnels(N°:None)</w:t>
            </w:r>
          </w:p>
        </w:tc>
      </w:tr>
      <w:tr>
        <w:trPr>
          <w:trHeight w:val="567"/>
        </w:trPr>
        <w:tc>
          <w:tcPr>
            <w:tcW w:type="dxa" w:w="3000"/>
          </w:tcPr>
          <w:p>
            <w:r>
              <w:t>Numéro d'Identification</w:t>
            </w:r>
          </w:p>
        </w:tc>
        <w:tc>
          <w:tcPr>
            <w:tcW w:type="dxa" w:w="7000"/>
          </w:tcPr>
          <w:p>
            <w:r>
              <w:t>2040189394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programmation/ </w:t>
            </w:r>
          </w:p>
        </w:tc>
      </w:tr>
    </w:tbl>
    <w:p>
      <w:pPr>
        <w:pStyle w:val="Heading3"/>
      </w:pPr>
      <w:r>
        <w:t>Résumé :</w:t>
      </w:r>
    </w:p>
    <w:p>
      <w:r>
        <w:t>Le livre Gestion de fichiers en autonomie avec dBase III Plus de Jean-Michel Ameller est un guide pratique destiné aux utilisateurs souhaitant apprendre à gérer des bases de données avec le logiciel dBase III Plus. Il s'adresse particulièrement aux débutants et aux professionnels qui veulent exploiter efficacement les fonctionnalités de ce logiciel de gestion de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