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des systèmes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Ait-Aoudia, Samy/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9961003594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/ système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:Organisation hiérarchique des systèmes informatiques, Représentation et codage de l'information, La Couche physique: les circuits logiques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