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DEUG sciences.T4, 2e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Azoulay, Elie/ Avignant, Jean/ Auliac,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2100066420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calcul intégral/ méthode spectrale/ </w:t>
            </w:r>
          </w:p>
        </w:tc>
      </w:tr>
    </w:tbl>
    <w:p>
      <w:pPr>
        <w:pStyle w:val="Heading3"/>
      </w:pPr>
      <w:r>
        <w:t>Résumé :</w:t>
      </w:r>
    </w:p>
    <w:p>
      <w:r>
        <w:t>Cours et exercices résolus pour la plupart, accompagnés de problèmes récapitulatifs regroupant différents thèmes, permettant d'approfondir les concepts.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