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Mendelson, Elliot/ Christos, Grammatikas/ Ayres, Frank JR./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21000065718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Rassembant  dans un même volume des rappels de cours complets, des compléments de cours, ainsi que 294 exercices et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