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Benoist, Joël/ Salinier,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2100057413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intégral/ </w:t>
            </w:r>
          </w:p>
        </w:tc>
      </w:tr>
    </w:tbl>
    <w:p>
      <w:pPr>
        <w:pStyle w:val="Heading3"/>
      </w:pPr>
      <w:r>
        <w:t>Résumé :</w:t>
      </w:r>
    </w:p>
    <w:p>
      <w:r>
        <w:t>Ce livre est destiné aux étudiants en licence 3 de mathématiques. Comportant plus de 150 exrecices, il fournit les éléments de base du calcul intégral. Des rappels de cours présentent de façon claire et accessible les notions fondamentales pour la résolution des exercices. Ces derniers, testés en licence de mathématiques pendant plusieurs années, préparent efficacement et progressivement à l'examen. Tous les exercices, sauf ceux du dernier chapitre,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