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Problèmes corrigés de mathématiques. 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Avignant, Jean/ Azoulay, Elie/ Auliac, Guy/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Ediscience international/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2100067893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espace vectoriel/ mathematique/ calcul intégral/ </w:t>
            </w:r>
          </w:p>
        </w:tc>
      </w:tr>
    </w:tbl>
    <w:p>
      <w:pPr>
        <w:pStyle w:val="Heading3"/>
      </w:pPr>
      <w:r>
        <w:t>Résumé :</w:t>
      </w:r>
    </w:p>
    <w:p>
      <w:r>
        <w:t>Propose une vingtaine de sujets corrigés pour se préparer aux examens de 2e année de licence MIAS, MASS et SM. Des sujets variés et de difficultés inégales. 6 nouvelles épreuves ont été insérées.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