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Guessarian, Irène/ Arnold, André/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Objectif licence(N°:None)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2100492306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informatique/ </w:t>
            </w:r>
          </w:p>
        </w:tc>
      </w:tr>
    </w:tbl>
    <w:p>
      <w:pPr>
        <w:pStyle w:val="Heading3"/>
      </w:pPr>
      <w:r>
        <w:t>Résumé :</w:t>
      </w:r>
    </w:p>
    <w:p>
      <w:r>
        <w:t>Mathématiques pour l'informatique avec 309 exercices corrigés" d'André Arnold et Irène Guessarian est un ouvrage destiné aux étudiants en deuxième année de licence d'informatique. Il couvre les concepts mathématiques essentiels pour formaliser des idées, modéliser des situations et manipuler des objets en informatique.</w:t>
        <w:br/>
        <w:br/>
        <w:t>L'ouvrage est structuré en deux parties principales :</w:t>
        <w:br/>
        <w:br/>
        <w:t>"</w:t>
        <w:tab/>
        <w:t>75 % de cours : Cette section présente les notions théoriques fondamentales, notamment le calcul ensembliste, les fonctions, les ensembles ordonnés, la récursion et l'induction, l'algèbre de Boole, la logique, l'algèbre combinatoire et ses applications, les suites récurrentes, les séries génératrices, les comportements asymptotiques, les graphes et arbres, les langages rationnels et les automates finis, ainsi que les probabilités discrètes et les chaînes de Markov finies.</w:t>
        <w:br/>
        <w:br/>
        <w:t>"</w:t>
        <w:tab/>
        <w:t>25 % d'exercices corrigés : Plus de 300 exercices sont proposés pour illustrer et approfondir les concepts abordés, permettant aux étudiants de tester et de renforcer leur compréhension.</w:t>
        <w:br/>
        <w:br/>
        <w:t>Ce manuel est conçu pour être un outil complet d'apprentissage et de révision, offrant une base solide en mathématiques appliquées à l'informatique.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