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le traitement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Bergounioux, Maïtine/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VIII-311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307-311</w:t>
            </w:r>
          </w:p>
        </w:tc>
      </w:tr>
      <w:tr>
        <w:trPr>
          <w:trHeight w:val="567"/>
        </w:trPr>
        <w:tc>
          <w:tcPr>
            <w:tcW w:type="dxa" w:w="3000"/>
          </w:tcPr>
          <w:p>
            <w:r>
              <w:t>Numéro d'Identification</w:t>
            </w:r>
          </w:p>
        </w:tc>
        <w:tc>
          <w:tcPr>
            <w:tcW w:type="dxa" w:w="7000"/>
          </w:tcPr>
          <w:p>
            <w:r>
              <w:t>9782100710423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filtrage/ domaine fréquentiel/ </w:t>
            </w:r>
          </w:p>
        </w:tc>
      </w:tr>
    </w:tbl>
    <w:p>
      <w:pPr>
        <w:pStyle w:val="Heading3"/>
      </w:pPr>
      <w:r>
        <w:t>Résumé :</w:t>
      </w:r>
    </w:p>
    <w:p>
      <w:r>
        <w:t>Cet ouvrage vise à fournir une base solide en mathématiques appliquées au traitement du signal. Le livre aborde des concepts fondamentaux tels que les transformations de Fourier, les systèmes linéaires, et les filtres, tout en intégrant des exercices pratiques pour renforcer la compréhension des théories présentées. Chaque chapitre est structuré de manière à introduire les notions de manière progressive, suivie d'exercices corrigés qui permettent aux lecteurs de tester leurs connaissances et d'appliquer ce qu'ils ont appris. Ce livre est particulièrement utile pour les étudiants en ingénierie et en sciences appliquées, ainsi que pour les professionnels souhaitant approfondir leurs compétences en traitement du signal.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