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Merlier, Thérèse/ Yammine, Sleiman/ Sarmant, Marie-Claude/ Pilibossian,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pour DEUG(N°:None)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de 1er niveau du DEUG-sciences, le cours est présenté dans sa version la plus utile pour la résolution des exercices et problèmes qui figurent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