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l'algèbre Linéaire et à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Amyotte,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2761310896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Pour le nouveau programme des sciences administratives, un  nouveau chapitre s'ajoute à l'ouvrage. ce chapitre porte sur la programmation linéaire. on y aborde la méthode du simplexe, appliquée à des problèmes à plus de 3 variables. on y retrouve, comme le suggère la compétence du programme, des applications à des situations réelles.</w:t>
        <w:br/>
        <w:br/>
        <w:t>Après chaque section, un pointeur d'exercices indique maintenant, parmi les exercices récapitulatifs, lesquels sont en lien direct avec la section. L'étudiant peut ainsi utiliser l'ouvrage comme il l'entend: soit réviser la matière au fur et à mesure, ou attendre après quelques sections avant de tester sa maîtrise des notions</w:t>
        <w:br/>
        <w:br/>
        <w:t>Au début de chaque chapitre, on retrouve une série d'objectifs d'apprentissage et le sommaire, l'utilité de chaque section en regard des compétences à développer, transparaît ainsi plus clairement.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