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Baillargeon, Gérald/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SMG/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2890940543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analyse/ algorithme/ programmation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 premier cycle en sciences de la gestion,recherche opérationnelle,informatique,mathématiques,économique et ingénierie qui veulent s'initier à un outil puissant de la recherche opérationnelle soit la programmation linéaire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