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L'art du développement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Jacoboni, Eric/ Allen, Grant/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563-573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9782744025570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géolocalisation/ google android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de la plateforme Android, propose des conseils illustrés d'exemples pour apprendre à développer des applications Android.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