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collaborative de projet avec office 365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Balmisse, Gilles/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Solutions business(N°:None)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9782409008917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gestion de projet/ microsoft teams/ </w:t>
            </w:r>
          </w:p>
        </w:tc>
      </w:tr>
    </w:tbl>
    <w:p>
      <w:pPr>
        <w:pStyle w:val="Heading3"/>
      </w:pPr>
      <w:r>
        <w:t>Résumé :</w:t>
      </w:r>
    </w:p>
    <w:p>
      <w:r>
        <w:t xml:space="preserve">Ce livre a pour vocation de présenter une méthodologie de gestion de projet simple, collaborative et facilement utilisable par des débutants ou des professionnels qui ne sont pas des experts du management de projet et ce grâce à Office 365. Il s'adresse donc à l'ensemble des professionnels et utilisateurs d'Office 365 susceptibles de gérer des projets de tous types dans le cadre de leurs activités. </w:t>
        <w:br/>
        <w:br/>
        <w:t>Dans une première partie, après une présentation des fondamentaux de la gestion de projet (définition, mode projet, méthodologies classiques et agiles, etc.), le livre présente une nouvelle approche centrée sur une gestion collaborative des projets donnant une place importante aux équipes, au management visuel grâce à la méthode Kanban et aux outils numériques au travers d'Office 365. Une présentation d'ensemble d'Office 365 est d'ailleurs proposée avant une étude plus détaillée des principes de fonctionnement des principaux outils de collaboration (SharePoint, Yammer, Groupes et Teams) et de gestion de projet (Project Online et Planner) et de leur application dans le cadre d'une gestion collaborative des projets.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