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Eléménts d'informatiques et programmation fortran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Bellhumeur, Maarcel/ Valard, Jean-Pierre/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Lidec Inc/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233-238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langage de programmation (SQL)/ algorithmique/ fortran/ développement logiciel/ </w:t>
            </w:r>
          </w:p>
        </w:tc>
      </w:tr>
    </w:tbl>
    <w:p>
      <w:pPr>
        <w:pStyle w:val="Heading3"/>
      </w:pPr>
      <w:r>
        <w:t>Résumé :</w:t>
      </w:r>
    </w:p>
    <w:p>
      <w:r>
        <w:t>C'est un ouvrage destiné à initier les lecteurs aux concepts fondamentaux de l'informatique à travers la programmation en Fortran, un des langages historiques utilisé dans le domaine scientifique et technique.</w:t>
        <w:br/>
        <w:br/>
        <w:t>Le livre aborde les principes de base de l'informatique, notamment :</w:t>
        <w:br/>
        <w:br/>
        <w:t>"Les Fondamentaux de l'informatique : Introduction aux concepts tels que les algorithmes, les structures de données et le fonctionnement des ordinateurs.</w:t>
        <w:br/>
        <w:br/>
        <w:t>"Programmation en Fortran : Une exploration approfondie du langage Fortran, y compris sa syntaxe, ses structures de contrôle, et ses capacités de gestion des données.</w:t>
        <w:br/>
        <w:br/>
        <w:t>"Applications Pratiques : Des exemples et exercices concrets permettant d'appliquer les principes appris pour résoudre des problèmes techniques et scientifiques.</w:t>
        <w:br/>
        <w:br/>
        <w:t>"Techniques Avancées : Une discussion sur des concepts plus avancés, tels que les routines et les modules, pour permettre aux lecteurs d'approfondir leurs compétences en programmation.</w:t>
        <w:br/>
        <w:br/>
        <w:t>L'ouvrage se veut à la fois pédagogique et pratique, facilitant l'apprentissage par des exemples concrets et des exercices. Il est particulièrement adapté aux étudiants en sciences, ingénierie ou toute personne s'intéressant à la programmation et à ses applications.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