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chimie en tronc commun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Addou, 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213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9961005880</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540 / </w:t>
            </w:r>
          </w:p>
        </w:tc>
      </w:tr>
      <w:tr>
        <w:trPr>
          <w:trHeight w:val="567"/>
        </w:trPr>
        <w:tc>
          <w:tcPr>
            <w:tcW w:type="dxa" w:w="3000"/>
          </w:tcPr>
          <w:p>
            <w:r>
              <w:t>Sujet(s)</w:t>
            </w:r>
          </w:p>
        </w:tc>
        <w:tc>
          <w:tcPr>
            <w:tcW w:type="dxa" w:w="7000"/>
          </w:tcPr>
          <w:p>
            <w:r>
              <w:t xml:space="preserve">chimie/ exercices corrigés/ exercices corrigés/ </w:t>
            </w:r>
          </w:p>
        </w:tc>
      </w:tr>
    </w:tbl>
    <w:p>
      <w:pPr>
        <w:pStyle w:val="Heading3"/>
      </w:pPr>
      <w:r>
        <w:t>Résumé :</w:t>
      </w:r>
    </w:p>
    <w:p>
      <w:r>
        <w:t>Cet ouvrage s'adresse à l'ensemble des étudiants des troncs communs Science exactes, Technologies et biomédical. Il comporte un éventail d'exercices et de problèmes qui ont fait l'objet de travaux dirigés, d'interrogations et de sujets d'examens dans des établissement d'enseignement supérieur en Algérie et à l'étranger.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