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d'exercices corriges de chimie des surfaces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Addoun,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calcul plastique/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comporte un éventail d'exercices et de problèmes qui ont fait l'objet de travaux dirigés ,d'interrogations et de sujets d'éxamen dans des établisements d'enseignement supérieur en Algerie et l'étranger.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