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Baba-Hamed, C/ Benhabib, K/ </w:t>
            </w:r>
          </w:p>
        </w:tc>
      </w:tr>
      <w:tr>
        <w:trPr>
          <w:trHeight w:val="567"/>
        </w:trPr>
        <w:tc>
          <w:tcPr>
            <w:tcW w:type="dxa" w:w="3000"/>
          </w:tcPr>
          <w:p>
            <w:r>
              <w:t>Edition</w:t>
            </w:r>
          </w:p>
        </w:tc>
        <w:tc>
          <w:tcPr>
            <w:tcW w:type="dxa" w:w="7000"/>
          </w:tcPr>
          <w:p>
            <w:r>
              <w:t>7éme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9789661004371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technologie/ </w:t>
            </w:r>
          </w:p>
        </w:tc>
      </w:tr>
    </w:tbl>
    <w:p>
      <w:pPr>
        <w:pStyle w:val="Heading3"/>
      </w:pPr>
      <w:r>
        <w:t>Résumé :</w:t>
      </w:r>
    </w:p>
    <w:p>
      <w:r>
        <w:t>Ce polycopié vise à fournir aux étudiants un document de base en algèbre. Il propose un rappel systématique des principaux résultats du cours, accompagné d'un grand nombre d'exercices et de problèmes. Ces exercices ont été testés dans le cadre de travaux dirigés ou ont fait l'objet de devoirs de réflexion. Les solutions sont rédigées avec soin, afin de familiariser l'étudiant avec le raisonnement mathématique et de l'aider à rédiger ses propres démonstrations.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