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logique à prolog cours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Bahi- Abidet, Halima/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9789961019276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ouvrage se propose d'apporter à l'étudiant en logique mathématique un support de cours et un recueil d'exercices qui lui permettrontd'acquérir  les bases du raisonnement logique entermes de representation de la connaissance et en termes d'inférence en logique ensuite.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