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au 1 ère cycle (ex pc 2 ème année ) et dans les classes préparatoires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Louquet, P/ Vogt, A/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réelle/ application linéaire/ </w:t>
            </w:r>
          </w:p>
        </w:tc>
      </w:tr>
    </w:tbl>
    <w:p>
      <w:pPr>
        <w:pStyle w:val="Heading3"/>
      </w:pPr>
      <w:r>
        <w:t>Résumé :</w:t>
      </w:r>
    </w:p>
    <w:p>
      <w:r>
        <w:t>L’analyse dans ce livre se concentre sur les concepts clés comme les séries, les suites, la continuité des fonctions, les intégrales, les limites et les dérivées. Ces éléments sont essentiels pour comprendre et résoudre des problèmes liés aux sciences physiques. Le livre propose une introduction poussée à ces concepts avec des exercices pratiques pour renforcer la compréhension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