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Baba-Hamed, C/ Benhabib, K/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309 p.</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analyse/ </w:t>
            </w:r>
          </w:p>
        </w:tc>
      </w:tr>
    </w:tbl>
    <w:p>
      <w:pPr>
        <w:pStyle w:val="Heading3"/>
      </w:pPr>
      <w:r>
        <w:t>Résumé :</w:t>
      </w:r>
    </w:p>
    <w:p>
      <w:r>
        <w:t>Ce polycopié partie intégrale un travail en préparation, se voudrait etre un document de base aux étudiants des sciences-exactes et technologie. par souci pédagogique un rappel systèmatique des principaux résultats du cours nous a paru nécessaire.un grand nombre d'exercices et de problèmes proposés ont été testés dans le cadre de travaux dirigés ou  ont fait l'objet de devoire de réflexion au de controle des connaissaces au tronc-commun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