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Maths en kit - 1. Géométrie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Balabane, Michel/ Duflo, Marie/ Frisch, M./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Vuibert/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304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Vuibert université(N°:None)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271172042X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Principes généraux des mathématiques/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géométrie/ </w:t>
            </w:r>
          </w:p>
        </w:tc>
      </w:tr>
    </w:tbl>
    <w:p>
      <w:pPr>
        <w:pStyle w:val="Heading3"/>
      </w:pPr>
      <w:r>
        <w:t>Résumé :</w:t>
      </w:r>
    </w:p>
    <w:p>
      <w:r>
        <w:t>Mathématique en kit...les théories nesont pas présentées de maniére abrupte.des manipulations concrétes les précédent; une suite d'exercices marquant les jalons du développement conduit;à assembler soi-meme les résultats principaux. exposés de synthése, aplications  , exercices récapitulatifs et réponses aux exercices complétent ce matériel.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