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textbook of engineering mathematics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Bali, N.P./ Goyal, Manish/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Comprehensive(N°:None)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8170087813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The textbook on Engineering Mathematics has been created to provide an exposition of essential tools of engineering mathematics which forms the core of all branches of engineering - from aerospace engineering to electronics and from mechanical engineering to computer science - because it is believed that as engineering evolves and develops, mathematics forms the common foundation of all new disciplines.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