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 textbook of engineering mathematics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Bali, N.P./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Laxmi Publications/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Comprehensive(N°:None)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8170080070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mathematics/ </w:t>
            </w:r>
          </w:p>
        </w:tc>
      </w:tr>
    </w:tbl>
    <w:p>
      <w:pPr>
        <w:pStyle w:val="Heading3"/>
      </w:pPr>
      <w:r>
        <w:t>Résumé :</w:t>
      </w:r>
    </w:p>
    <w:p>
      <w:r>
        <w:t>The Basic object of this book is to furnish the reader with the understandidng of mathematics topics included in the syllabus of mathematics for IInd Year-IIIrd Semester engineering students. The book comprehensively explains ordinary differential-difference equations,integral transforms, partial differential equations and functions of a complex variable.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