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DEUG sciences SV-ST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édition, complètement revue et corrigée, recouvre l'essentiel du cours de mathématiques du DEUG SCIENCES, mentions " Sciences de la vie " et " Sciences de la Terre ". L'auteur a volontairement limité le formalisme inhérent aux mathématiques. Son objectif a été de fournir à l'étudiant un outil utilisable dans les autres matières essentielles à sa formation. Aussi de nombreux exemples et applications émaillent-ils les chapitres afin de favoriser la compréhension des notions les plus importantes ou les plus délicates.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