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Allab, Kada/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d'analyse/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base pour les étudiants des universiytés et des écoles scientifiques a été fait en coédition avec Vuibert Il est également diffusé par Ellipses, Paris et par SMER, Rabat.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