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corrigés de mathématiques.T2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Andler, Martin/ Bloch, Jean-Daniel/ Mailliard, Bénédict/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 marketing/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2729802010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analyse numerique/ </w:t>
            </w:r>
          </w:p>
        </w:tc>
      </w:tr>
    </w:tbl>
    <w:p>
      <w:pPr>
        <w:pStyle w:val="Heading3"/>
      </w:pPr>
      <w:r>
        <w:t>Résumé :</w:t>
      </w:r>
    </w:p>
    <w:p>
      <w:r>
        <w:t>Pour tout d'un recueil de corrigés, le choix est le méme : ou il se propose de ne rien oublier, ce qui l'expose au risque de noyer le lecteur, ou il fait le pari contraire, celui de dégager une approche, une méthode, en cherchant à bien faire comprendre quelques vérité (et contre-vérité) mathématiques.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