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BTS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Astier, Jean-Denis/ Dianoux, Jean-Luc/ Dorembus, Muriel/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 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x 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Exos et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9782091603643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comptabilité/ Informatique de gestion/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précieux pour les étudiants souhaitant maîtriser les concepts mathématiques requis en BTS et se préparer efficacement aux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