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appliquée en 30 fiches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Duménil,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Express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lndex p.p.156-185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9782100507078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physique appliquée/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en 30 fiches de 2 à 8 pages, les bases de la physique appliquée que l'étudiant des filières BTS industriels (mécanique, électricité, électronique) doit parfaitement connaître à la fin de sa formation. Des fiches reprennent certains pré-requis car les origines scolaires des étudiants sont diverses. Chaque fiche est composée d' un rappel de cours et d'une application. La résolution est appuyée par des conseils méthodologiques.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