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logicielle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Bailet,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Datapro(N°:None)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353-365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9782746073852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 projet/ gènie logiciel/ architecture logicielle/ </w:t>
            </w:r>
          </w:p>
        </w:tc>
      </w:tr>
    </w:tbl>
    <w:p>
      <w:pPr>
        <w:pStyle w:val="Heading3"/>
      </w:pPr>
      <w:r>
        <w:t>Résumé :</w:t>
      </w:r>
    </w:p>
    <w:p>
      <w:r>
        <w:t>L'ouvrage rèvète les liens tissès par les disciplines affèrentes à la rèalisation d'un projet logiciel d'envergure et permet au lecteur de comprendre comment aboutir à un logiciel qui soit à la fois capable de rèpondre aux besoins du client ou de réaliser les objectifs mètiers de l'entreprise.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